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Android for Absolute Beginners</w:t>
      </w:r>
    </w:p>
    <w:p>
      <w:pPr>
        <w:pStyle w:val="Subtitle"/>
        <w:jc w:val="center"/>
      </w:pPr>
      <w:r>
        <w:t>Class 4 - Camera and Photos</w:t>
      </w:r>
    </w:p>
    <w:p>
      <w:pPr>
        <w:jc w:val="center"/>
      </w:pPr>
      <w:r>
        <w:rPr>
          <w:b/>
        </w:rPr>
        <w:t>Lecture Version 2 • October 7, 2026</w:t>
      </w:r>
    </w:p>
    <w:p>
      <w:pPr>
        <w:pStyle w:val="Heading1"/>
      </w:pPr>
      <w:r>
        <w:t>Welcome Back</w:t>
      </w:r>
    </w:p>
    <w:p>
      <w:r>
        <w:t>Last week we worked with phone calls, contacts, and text messages.</w:t>
      </w:r>
    </w:p>
    <w:p>
      <w:r>
        <w:t>Today we are going to do something most people use their phones for all the time: taking and looking at pictures.</w:t>
      </w:r>
    </w:p>
    <w:p>
      <w:r>
        <w:t>A phone has pretty well replaced the little camera a lot of us used to carry around.</w:t>
      </w:r>
    </w:p>
    <w:p>
      <w:r>
        <w:t>The nice thing is that your camera is usually already with you.</w:t>
      </w:r>
    </w:p>
    <w:p>
      <w:r>
        <w:t>But taking the picture is only part of what we need to know.</w:t>
      </w:r>
    </w:p>
    <w:p>
      <w:pPr>
        <w:pStyle w:val="ListBullet"/>
      </w:pPr>
      <w:r>
        <w:t>Where did the picture go?</w:t>
      </w:r>
    </w:p>
    <w:p>
      <w:pPr>
        <w:pStyle w:val="ListBullet"/>
      </w:pPr>
      <w:r>
        <w:t>How do I find it again?</w:t>
      </w:r>
    </w:p>
    <w:p>
      <w:pPr>
        <w:pStyle w:val="ListBullet"/>
      </w:pPr>
      <w:r>
        <w:t>How do I get rid of a bad one?</w:t>
      </w:r>
    </w:p>
    <w:p>
      <w:pPr>
        <w:pStyle w:val="ListBullet"/>
      </w:pPr>
      <w:r>
        <w:t>And how do I send a picture to somebody else?</w:t>
      </w:r>
    </w:p>
    <w:p>
      <w:r>
        <w:t>That is what we are going to work on today.</w:t>
      </w:r>
    </w:p>
    <w:p>
      <w:r>
        <w:t>Just like we have talked about in the other classes, your phone may not look exactly like mine.</w:t>
      </w:r>
    </w:p>
    <w:p>
      <w:r>
        <w:t>Samsung may have something called Gallery. A Google phone may use Google Photos. Other phones may use slightly different names.</w:t>
      </w:r>
    </w:p>
    <w:p>
      <w:r>
        <w:t>The buttons may also be in slightly different places.</w:t>
      </w:r>
    </w:p>
    <w:p>
      <w:r>
        <w:t>The important thing today is learning what the controls do, not memorizing exactly where every button is on my phone.</w:t>
      </w:r>
    </w:p>
    <w:p>
      <w:r>
        <w:t>You are welcome to watch what I am doing on your own phone, but do not get stuck trying to make your phone match mine.</w:t>
      </w:r>
    </w:p>
    <w:p>
      <w:r>
        <w:t>We will work with everybody's phones during the practice part of class.</w:t>
      </w:r>
    </w:p>
    <w:p>
      <w:pPr>
        <w:pStyle w:val="Heading1"/>
      </w:pPr>
      <w:r>
        <w:t>1. Two Apps With Two Different Jobs</w:t>
      </w:r>
    </w:p>
    <w:p>
      <w:r>
        <w:t>Before we take a picture, there is one distinction I want to make.</w:t>
      </w:r>
    </w:p>
    <w:p>
      <w:r>
        <w:t>There are usually two different apps involved with pictures.</w:t>
      </w:r>
    </w:p>
    <w:p>
      <w:r>
        <w:t>The Camera app is where we take the picture.</w:t>
      </w:r>
    </w:p>
    <w:p>
      <w:r>
        <w:t>The Photos or Gallery app is where we look at pictures we already have.</w:t>
      </w:r>
    </w:p>
    <w:p>
      <w:r/>
      <w:r>
        <w:rPr>
          <w:b/>
        </w:rPr>
        <w:t>A simple way to remember it is:</w:t>
      </w:r>
    </w:p>
    <w:p>
      <w:pPr>
        <w:jc w:val="center"/>
      </w:pPr>
      <w:r>
        <w:rPr>
          <w:b/>
        </w:rPr>
        <w:t>Camera takes the picture.</w:t>
        <w:br/>
        <w:t>Photos or Gallery is where you find and work with the picture.</w:t>
      </w:r>
    </w:p>
    <w:p>
      <w:r>
        <w:t>That is not technically everything those apps can do, but it is a good place for us to start.</w:t>
      </w:r>
    </w:p>
    <w:p>
      <w:r>
        <w:t>If you want to take a new picture, think Camera.</w:t>
      </w:r>
    </w:p>
    <w:p>
      <w:r>
        <w:t>If you want to find the picture of your grandchild that you took last Christmas, think Photos or Gallery.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Show the Camera icon.</w:t>
      </w:r>
    </w:p>
    <w:p>
      <w:pPr>
        <w:pStyle w:val="Demonstration"/>
      </w:pPr>
      <w:r>
        <w:t>Then show the Photos or Gallery icon.</w:t>
      </w:r>
    </w:p>
    <w:p>
      <w:pPr>
        <w:pStyle w:val="Demonstration"/>
      </w:pPr>
      <w:r>
        <w:t>Open each one briefly so students can see that they are two different apps.</w:t>
      </w:r>
    </w:p>
    <w:p>
      <w:pPr>
        <w:pStyle w:val="Demonstration"/>
      </w:pPr>
      <w:r>
        <w:rPr>
          <w:b/>
        </w:rPr>
        <w:t>[/DEMONSTRATE]</w:t>
      </w:r>
    </w:p>
    <w:p>
      <w:pPr>
        <w:pStyle w:val="Heading1"/>
      </w:pPr>
      <w:r>
        <w:t>2. Opening the Camera</w:t>
      </w:r>
    </w:p>
    <w:p>
      <w:r>
        <w:t>There is almost always a Camera app on an Android phone.</w:t>
      </w:r>
    </w:p>
    <w:p>
      <w:r>
        <w:t>The icon usually looks like some kind of camera.</w:t>
      </w:r>
    </w:p>
    <w:p>
      <w:r>
        <w:t>You may have it on your Home screen. If it is not there, you can look for it in your App Drawer.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Open the Camera app from the Home screen or App Drawer.</w:t>
      </w:r>
    </w:p>
    <w:p>
      <w:pPr>
        <w:pStyle w:val="Demonstration"/>
      </w:pPr>
      <w:r>
        <w:t>Point out that the large part of the screen is showing what the camera can see.</w:t>
      </w:r>
    </w:p>
    <w:p>
      <w:pPr>
        <w:pStyle w:val="Demonstration"/>
      </w:pPr>
      <w:r>
        <w:rPr>
          <w:b/>
        </w:rPr>
        <w:t>[/DEMONSTRATE]</w:t>
      </w:r>
    </w:p>
    <w:p>
      <w:r>
        <w:t>Some phones also give you a shortcut to the camera from the Lock screen.</w:t>
      </w:r>
    </w:p>
    <w:p>
      <w:r>
        <w:t>That can be useful when something is happening and you want to take a picture quickly.</w:t>
      </w:r>
    </w:p>
    <w:p>
      <w:r>
        <w:t>But we do not need to memorize every shortcut today.</w:t>
      </w:r>
    </w:p>
    <w:p>
      <w:r>
        <w:t>If you know how to find and open the Camera app, you can take a picture.</w:t>
      </w:r>
    </w:p>
    <w:p>
      <w:pPr>
        <w:pStyle w:val="Heading1"/>
      </w:pPr>
      <w:r>
        <w:t>3. Holding the Phone</w:t>
      </w:r>
    </w:p>
    <w:p>
      <w:r>
        <w:t>When you open the camera, the screen becomes your viewfinder.</w:t>
      </w:r>
    </w:p>
    <w:p>
      <w:r>
        <w:t>A viewfinder simply means this is what your picture is going to include.</w:t>
      </w:r>
    </w:p>
    <w:p>
      <w:r>
        <w:t>You can hold the phone upright. You can also turn it sideways.</w:t>
      </w:r>
    </w:p>
    <w:p>
      <w:r>
        <w:t>Which way is better depends on the picture.</w:t>
      </w:r>
    </w:p>
    <w:p>
      <w:r>
        <w:t>If you are taking a picture of one person standing up, upright may make sense.</w:t>
      </w:r>
    </w:p>
    <w:p>
      <w:r>
        <w:t>If you are taking a picture of a group of people or a wide landscape, sideways may make more sense.</w:t>
      </w:r>
    </w:p>
    <w:p>
      <w:r>
        <w:t>There is not a rule that says every picture has to be taken one way.</w:t>
      </w:r>
    </w:p>
    <w:p>
      <w:r>
        <w:t>One thing that does matter is trying to hold the phone steady.</w:t>
      </w:r>
    </w:p>
    <w:p>
      <w:r>
        <w:t>You do not have to squeeze it. Just hold it comfortably and try not to move the phone when you take the picture.</w:t>
      </w:r>
    </w:p>
    <w:p>
      <w:pPr>
        <w:pStyle w:val="Heading1"/>
      </w:pPr>
      <w:r>
        <w:t>4. Taking a Picture</w:t>
      </w:r>
    </w:p>
    <w:p>
      <w:r>
        <w:t>The main camera button is usually called the shutter button.</w:t>
      </w:r>
    </w:p>
    <w:p>
      <w:r>
        <w:t>On most phones it is a large round button near the bottom of the screen.</w:t>
      </w:r>
    </w:p>
    <w:p>
      <w:r>
        <w:t>When you tap that button, the phone takes the picture. You do not have to hold it down. One tap is enough.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Aim the camera at something in the room.</w:t>
      </w:r>
    </w:p>
    <w:p>
      <w:pPr>
        <w:pStyle w:val="Demonstration"/>
      </w:pPr>
      <w:r>
        <w:t>Point out the shutter button.</w:t>
      </w:r>
    </w:p>
    <w:p>
      <w:pPr>
        <w:pStyle w:val="Demonstration"/>
      </w:pPr>
      <w:r>
        <w:t>Tap it once and take a picture.</w:t>
      </w:r>
    </w:p>
    <w:p>
      <w:pPr>
        <w:pStyle w:val="Demonstration"/>
      </w:pPr>
      <w:r>
        <w:t>If the phone makes a shutter sound or gives another indication that the picture was taken, point that out.</w:t>
      </w:r>
    </w:p>
    <w:p>
      <w:pPr>
        <w:pStyle w:val="Demonstration"/>
      </w:pPr>
      <w:r>
        <w:rPr>
          <w:b/>
        </w:rPr>
        <w:t>[/DEMONSTRATE]</w:t>
      </w:r>
    </w:p>
    <w:p>
      <w:r>
        <w:t>The picture has now been saved.</w:t>
      </w:r>
    </w:p>
    <w:p>
      <w:r>
        <w:t>We did not have to tell the phone where to put it. The phone took care of that for us.</w:t>
      </w:r>
    </w:p>
    <w:p>
      <w:pPr>
        <w:pStyle w:val="Heading1"/>
      </w:pPr>
      <w:r>
        <w:t>5. Getting a Better Picture</w:t>
      </w:r>
    </w:p>
    <w:p>
      <w:r>
        <w:t>Modern phone cameras do a lot of the work for us automatically.</w:t>
      </w:r>
    </w:p>
    <w:p>
      <w:r>
        <w:t>But there is one simple thing that is useful to know.</w:t>
      </w:r>
    </w:p>
    <w:p>
      <w:r>
        <w:t>If the camera does not seem to be concentrating on the thing you want, you can usually tap the object on the screen.</w:t>
      </w:r>
    </w:p>
    <w:p>
      <w:r>
        <w:t>That tells the camera, “This is what I am interested in.”</w:t>
      </w:r>
    </w:p>
    <w:p>
      <w:r>
        <w:t>You may see a little square, circle, or other mark appear where you tapped.</w:t>
      </w:r>
    </w:p>
    <w:p>
      <w:r>
        <w:t>That is the camera trying to focus on that part of the picture.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Aim at an object.</w:t>
      </w:r>
    </w:p>
    <w:p>
      <w:pPr>
        <w:pStyle w:val="Demonstration"/>
      </w:pPr>
      <w:r>
        <w:t>Tap that object on the screen.</w:t>
      </w:r>
    </w:p>
    <w:p>
      <w:pPr>
        <w:pStyle w:val="Demonstration"/>
      </w:pPr>
      <w:r>
        <w:t>Point out whatever focus indicator appears.</w:t>
      </w:r>
    </w:p>
    <w:p>
      <w:pPr>
        <w:pStyle w:val="Demonstration"/>
      </w:pPr>
      <w:r>
        <w:t>Take the picture.</w:t>
      </w:r>
    </w:p>
    <w:p>
      <w:pPr>
        <w:pStyle w:val="Demonstration"/>
      </w:pPr>
      <w:r>
        <w:rPr>
          <w:b/>
        </w:rPr>
        <w:t>[/DEMONSTRATE]</w:t>
      </w:r>
    </w:p>
    <w:p>
      <w:r>
        <w:t>You do not have to do this for every photograph.</w:t>
      </w:r>
    </w:p>
    <w:p>
      <w:r>
        <w:t>Most of the time, the camera will figure things out by itself. But it is useful to know that you can help it.</w:t>
      </w:r>
    </w:p>
    <w:p>
      <w:pPr>
        <w:pStyle w:val="Heading1"/>
      </w:pPr>
      <w:r>
        <w:t>6. Zoom</w:t>
      </w:r>
    </w:p>
    <w:p>
      <w:r>
        <w:t>Sometimes the thing you want to photograph is farther away.</w:t>
      </w:r>
    </w:p>
    <w:p>
      <w:r>
        <w:t>You can usually zoom in by putting two fingers on the screen and spreading them apart.</w:t>
      </w:r>
    </w:p>
    <w:p>
      <w:r>
        <w:t>You may also see buttons such as 1x, 2x, or other zoom choices.</w:t>
      </w:r>
    </w:p>
    <w:p>
      <w:r>
        <w:t>But there is something worth knowing about zoom on a phone.</w:t>
      </w:r>
    </w:p>
    <w:p>
      <w:r>
        <w:t>More zoom does not always mean a better picture.</w:t>
      </w:r>
    </w:p>
    <w:p>
      <w:r>
        <w:t>If you zoom in too far, the picture may become fuzzy or lose detail.</w:t>
      </w:r>
    </w:p>
    <w:p>
      <w:r>
        <w:t>If it is safe and practical, sometimes the best zoom is simply walking a little closer.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Show the normal 1x view.</w:t>
      </w:r>
    </w:p>
    <w:p>
      <w:pPr>
        <w:pStyle w:val="Demonstration"/>
      </w:pPr>
      <w:r>
        <w:t>Zoom in enough for the students to see the difference.</w:t>
      </w:r>
    </w:p>
    <w:p>
      <w:pPr>
        <w:pStyle w:val="Demonstration"/>
      </w:pPr>
      <w:r>
        <w:t>Zoom back out.</w:t>
      </w:r>
    </w:p>
    <w:p>
      <w:pPr>
        <w:pStyle w:val="Demonstration"/>
      </w:pPr>
      <w:r>
        <w:rPr>
          <w:b/>
        </w:rPr>
        <w:t>[/DEMONSTRATE]</w:t>
      </w:r>
    </w:p>
    <w:p>
      <w:r>
        <w:t>For now, I would rather you get comfortable taking a good basic picture than worry about all of the different zoom choices.</w:t>
      </w:r>
    </w:p>
    <w:p>
      <w:pPr>
        <w:pStyle w:val="Heading1"/>
      </w:pPr>
      <w:r>
        <w:t>7. Front Camera and Back Camera</w:t>
      </w:r>
    </w:p>
    <w:p>
      <w:r>
        <w:t>Your phone actually has cameras on both sides.</w:t>
      </w:r>
    </w:p>
    <w:p>
      <w:r>
        <w:t>The cameras on the back are what you normally use to photograph other people and things around you.</w:t>
      </w:r>
    </w:p>
    <w:p>
      <w:r>
        <w:t>There is also a camera on the front, facing you.</w:t>
      </w:r>
    </w:p>
    <w:p>
      <w:r>
        <w:t>That is the camera we sometimes call the selfie camera.</w:t>
      </w:r>
    </w:p>
    <w:p>
      <w:r>
        <w:t>You already saw that front camera during our first class.</w:t>
      </w:r>
    </w:p>
    <w:p>
      <w:r>
        <w:t>The Camera app has a button that switches between the front and back cameras.</w:t>
      </w:r>
    </w:p>
    <w:p>
      <w:r>
        <w:t>The symbol often looks like a camera with arrows going around it.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Show the rear camera.</w:t>
      </w:r>
    </w:p>
    <w:p>
      <w:pPr>
        <w:pStyle w:val="Demonstration"/>
      </w:pPr>
      <w:r>
        <w:t>Tap the switch-camera button.</w:t>
      </w:r>
    </w:p>
    <w:p>
      <w:pPr>
        <w:pStyle w:val="Demonstration"/>
      </w:pPr>
      <w:r>
        <w:t>Let the class see the front camera view.</w:t>
      </w:r>
    </w:p>
    <w:p>
      <w:pPr>
        <w:pStyle w:val="Demonstration"/>
      </w:pPr>
      <w:r>
        <w:t>Switch back to the rear camera.</w:t>
      </w:r>
    </w:p>
    <w:p>
      <w:pPr>
        <w:pStyle w:val="Demonstration"/>
      </w:pPr>
      <w:r>
        <w:rPr>
          <w:b/>
        </w:rPr>
        <w:t>[/DEMONSTRATE]</w:t>
      </w:r>
    </w:p>
    <w:p>
      <w:r>
        <w:t>If you ever open the camera and suddenly see yourself, nothing is wrong.</w:t>
      </w:r>
    </w:p>
    <w:p>
      <w:r>
        <w:t>You probably just have the front camera selected. Tap that switch-camera button to go back.</w:t>
      </w:r>
    </w:p>
    <w:p>
      <w:pPr>
        <w:pStyle w:val="Heading1"/>
      </w:pPr>
      <w:r>
        <w:t>8. Pictures and Video</w:t>
      </w:r>
    </w:p>
    <w:p>
      <w:r>
        <w:t>The Camera app can usually take both still pictures and video.</w:t>
      </w:r>
    </w:p>
    <w:p>
      <w:r>
        <w:t>A photograph captures one moment.</w:t>
      </w:r>
    </w:p>
    <w:p>
      <w:r>
        <w:t>A video records what happens over a period of time, including sound.</w:t>
      </w:r>
    </w:p>
    <w:p>
      <w:r>
        <w:t>Near the shutter button you may see choices such as Photo and Video.</w:t>
      </w:r>
    </w:p>
    <w:p>
      <w:r>
        <w:t>There may be several other choices too. We are not going to learn all of those today.</w:t>
      </w:r>
    </w:p>
    <w:p>
      <w:r>
        <w:t>For now, I want you to recognize Photo and Video.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Show that the Camera is in Photo mode.</w:t>
      </w:r>
    </w:p>
    <w:p>
      <w:pPr>
        <w:pStyle w:val="Demonstration"/>
      </w:pPr>
      <w:r>
        <w:t>Switch to Video.</w:t>
      </w:r>
    </w:p>
    <w:p>
      <w:pPr>
        <w:pStyle w:val="Demonstration"/>
      </w:pPr>
      <w:r>
        <w:t>Point out how the main button changes.</w:t>
      </w:r>
    </w:p>
    <w:p>
      <w:pPr>
        <w:pStyle w:val="Demonstration"/>
      </w:pPr>
      <w:r>
        <w:t>Start a short video.</w:t>
      </w:r>
    </w:p>
    <w:p>
      <w:pPr>
        <w:pStyle w:val="Demonstration"/>
      </w:pPr>
      <w:r>
        <w:t>Record several seconds.</w:t>
      </w:r>
    </w:p>
    <w:p>
      <w:pPr>
        <w:pStyle w:val="Demonstration"/>
      </w:pPr>
      <w:r>
        <w:t>Stop the recording.</w:t>
      </w:r>
    </w:p>
    <w:p>
      <w:pPr>
        <w:pStyle w:val="Demonstration"/>
      </w:pPr>
      <w:r>
        <w:t>Return to Photo mode.</w:t>
      </w:r>
    </w:p>
    <w:p>
      <w:pPr>
        <w:pStyle w:val="Demonstration"/>
      </w:pPr>
      <w:r>
        <w:rPr>
          <w:b/>
        </w:rPr>
        <w:t>[/DEMONSTRATE]</w:t>
      </w:r>
    </w:p>
    <w:p>
      <w:r>
        <w:t>One important difference is that video files are much larger than photographs.</w:t>
      </w:r>
    </w:p>
    <w:p>
      <w:r>
        <w:t>So you probably do not want to record a 20-minute video when what you really wanted was one picture.</w:t>
      </w:r>
    </w:p>
    <w:p>
      <w:pPr>
        <w:pStyle w:val="Heading1"/>
      </w:pPr>
      <w:r>
        <w:t>9. Where Did My Picture Go?</w:t>
      </w:r>
    </w:p>
    <w:p>
      <w:r>
        <w:t>This may be one of the most important things we do today.</w:t>
      </w:r>
    </w:p>
    <w:p>
      <w:r>
        <w:t>You take a picture. Then what?</w:t>
      </w:r>
    </w:p>
    <w:p>
      <w:r>
        <w:t>Most Camera apps show a little version of the last picture you took somewhere near the bottom of the screen.</w:t>
      </w:r>
    </w:p>
    <w:p>
      <w:r>
        <w:t>That little picture is called a thumbnail.</w:t>
      </w:r>
    </w:p>
    <w:p>
      <w:r>
        <w:t>A thumbnail is simply a small preview of a larger picture.</w:t>
      </w:r>
    </w:p>
    <w:p>
      <w:r>
        <w:t>If you tap it, you can usually see the picture you just took.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Take a picture.</w:t>
      </w:r>
    </w:p>
    <w:p>
      <w:pPr>
        <w:pStyle w:val="Demonstration"/>
      </w:pPr>
      <w:r>
        <w:t>Point out the thumbnail.</w:t>
      </w:r>
    </w:p>
    <w:p>
      <w:pPr>
        <w:pStyle w:val="Demonstration"/>
      </w:pPr>
      <w:r>
        <w:t>Tap the thumbnail.</w:t>
      </w:r>
    </w:p>
    <w:p>
      <w:pPr>
        <w:pStyle w:val="Demonstration"/>
      </w:pPr>
      <w:r>
        <w:t>Show the full picture.</w:t>
      </w:r>
    </w:p>
    <w:p>
      <w:pPr>
        <w:pStyle w:val="Demonstration"/>
      </w:pPr>
      <w:r>
        <w:rPr>
          <w:b/>
        </w:rPr>
        <w:t>[/DEMONSTRATE]</w:t>
      </w:r>
    </w:p>
    <w:p>
      <w:r>
        <w:t>That is one way to find the picture you just took.</w:t>
      </w:r>
    </w:p>
    <w:p>
      <w:r>
        <w:t>But what if you want a picture you took yesterday? Or last month? Or three years ago?</w:t>
      </w:r>
    </w:p>
    <w:p>
      <w:r>
        <w:t>For that, we leave the Camera and go to Photos or Gallery.</w:t>
      </w:r>
    </w:p>
    <w:p>
      <w:pPr>
        <w:pStyle w:val="Heading1"/>
      </w:pPr>
      <w:r>
        <w:t>10. Photos or Gallery</w:t>
      </w:r>
    </w:p>
    <w:p>
      <w:r>
        <w:t>Remember our simple rule:</w:t>
      </w:r>
    </w:p>
    <w:p>
      <w:pPr>
        <w:jc w:val="center"/>
      </w:pPr>
      <w:r>
        <w:rPr>
          <w:b/>
        </w:rPr>
        <w:t>Camera takes the picture.</w:t>
        <w:br/>
        <w:t>Photos or Gallery is where you find and work with the picture.</w:t>
      </w:r>
    </w:p>
    <w:p>
      <w:r>
        <w:t>When you open Photos or Gallery, you should see pictures that are already on your phone or available to you through that app.</w:t>
      </w:r>
    </w:p>
    <w:p>
      <w:r>
        <w:t>Usually the newest pictures are easy to find. As you scroll, you move back through older pictures.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Leave the Camera.</w:t>
      </w:r>
    </w:p>
    <w:p>
      <w:pPr>
        <w:pStyle w:val="Demonstration"/>
      </w:pPr>
      <w:r>
        <w:t>Open Photos or Gallery.</w:t>
      </w:r>
    </w:p>
    <w:p>
      <w:pPr>
        <w:pStyle w:val="Demonstration"/>
      </w:pPr>
      <w:r>
        <w:t>Find the picture you just took.</w:t>
      </w:r>
    </w:p>
    <w:p>
      <w:pPr>
        <w:pStyle w:val="Demonstration"/>
      </w:pPr>
      <w:r>
        <w:t>Open it.</w:t>
      </w:r>
    </w:p>
    <w:p>
      <w:pPr>
        <w:pStyle w:val="Demonstration"/>
      </w:pPr>
      <w:r>
        <w:t>Swipe to the next picture and back again.</w:t>
      </w:r>
    </w:p>
    <w:p>
      <w:pPr>
        <w:pStyle w:val="Demonstration"/>
      </w:pPr>
      <w:r>
        <w:t>Return to the main photo view.</w:t>
      </w:r>
    </w:p>
    <w:p>
      <w:pPr>
        <w:pStyle w:val="Demonstration"/>
      </w:pPr>
      <w:r>
        <w:t>Scroll far enough to demonstrate moving to older pictures.</w:t>
      </w:r>
    </w:p>
    <w:p>
      <w:pPr>
        <w:pStyle w:val="Demonstration"/>
      </w:pPr>
      <w:r>
        <w:rPr>
          <w:b/>
        </w:rPr>
        <w:t>[/DEMONSTRATE]</w:t>
      </w:r>
    </w:p>
    <w:p>
      <w:r>
        <w:t>You do not need to memorize where a particular photograph is today.</w:t>
      </w:r>
    </w:p>
    <w:p>
      <w:r>
        <w:t>The important thing is knowing: If I want to find an old picture, I start in Photos or Gallery, not in Camera.</w:t>
      </w:r>
    </w:p>
    <w:p>
      <w:pPr>
        <w:pStyle w:val="Heading1"/>
      </w:pPr>
      <w:r>
        <w:t>11. Looking at a Picture</w:t>
      </w:r>
    </w:p>
    <w:p>
      <w:r>
        <w:t>Once you open a picture, you can usually swipe left or right to move through other pictures.</w:t>
      </w:r>
    </w:p>
    <w:p>
      <w:r>
        <w:t>You can also use two fingers to make part of the picture larger.</w:t>
      </w:r>
    </w:p>
    <w:p>
      <w:r>
        <w:t>That is the same pinch-and-spread motion we have used elsewhere on the phone.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Open a photograph.</w:t>
      </w:r>
    </w:p>
    <w:p>
      <w:pPr>
        <w:pStyle w:val="Demonstration"/>
      </w:pPr>
      <w:r>
        <w:t>Swipe to another photograph.</w:t>
      </w:r>
    </w:p>
    <w:p>
      <w:pPr>
        <w:pStyle w:val="Demonstration"/>
      </w:pPr>
      <w:r>
        <w:t>Swipe back.</w:t>
      </w:r>
    </w:p>
    <w:p>
      <w:pPr>
        <w:pStyle w:val="Demonstration"/>
      </w:pPr>
      <w:r>
        <w:t>Spread two fingers to enlarge part of the picture.</w:t>
      </w:r>
    </w:p>
    <w:p>
      <w:pPr>
        <w:pStyle w:val="Demonstration"/>
      </w:pPr>
      <w:r>
        <w:t>Pinch them together to reduce it again.</w:t>
      </w:r>
    </w:p>
    <w:p>
      <w:pPr>
        <w:pStyle w:val="Demonstration"/>
      </w:pPr>
      <w:r>
        <w:rPr>
          <w:b/>
        </w:rPr>
        <w:t>[/DEMONSTRATE]</w:t>
      </w:r>
    </w:p>
    <w:p>
      <w:r>
        <w:t>Remember that enlarging a picture on the screen does not change the original picture.</w:t>
      </w:r>
    </w:p>
    <w:p>
      <w:r>
        <w:t>You are just changing the way you are looking at it.</w:t>
      </w:r>
    </w:p>
    <w:p>
      <w:pPr>
        <w:pStyle w:val="Heading1"/>
      </w:pPr>
      <w:r>
        <w:t>12. Deleting a Bad Picture</w:t>
      </w:r>
    </w:p>
    <w:p>
      <w:r>
        <w:t>Not every picture is worth keeping.</w:t>
      </w:r>
    </w:p>
    <w:p>
      <w:r>
        <w:t>Sometimes you get a picture of your finger. Sometimes somebody has their eyes closed. Sometimes you take three pictures when you only needed one.</w:t>
      </w:r>
    </w:p>
    <w:p>
      <w:r>
        <w:t>When you open a picture, look for a trash can symbol. That normally means Delete.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Open a picture that is safe to delete.</w:t>
      </w:r>
    </w:p>
    <w:p>
      <w:pPr>
        <w:pStyle w:val="Demonstration"/>
      </w:pPr>
      <w:r>
        <w:t>Point out the trash can.</w:t>
      </w:r>
    </w:p>
    <w:p>
      <w:pPr>
        <w:pStyle w:val="Demonstration"/>
      </w:pPr>
      <w:r>
        <w:t>Delete the picture.</w:t>
      </w:r>
    </w:p>
    <w:p>
      <w:pPr>
        <w:pStyle w:val="Demonstration"/>
      </w:pPr>
      <w:r>
        <w:t>Show any confirmation message that appears.</w:t>
      </w:r>
    </w:p>
    <w:p>
      <w:pPr>
        <w:pStyle w:val="Demonstration"/>
      </w:pPr>
      <w:r>
        <w:rPr>
          <w:b/>
        </w:rPr>
        <w:t>[/DEMONSTRATE]</w:t>
      </w:r>
    </w:p>
    <w:p>
      <w:r>
        <w:t>On many phones, deleting a picture does not destroy it immediately.</w:t>
      </w:r>
    </w:p>
    <w:p>
      <w:r>
        <w:t>It goes into something called Trash, Bin, or a similar folder for a period of time.</w:t>
      </w:r>
    </w:p>
    <w:p>
      <w:r>
        <w:t>That gives you a chance to recover something you deleted accidentally.</w:t>
      </w:r>
    </w:p>
    <w:p>
      <w:r>
        <w:t>We are not going to spend a lot of time working with Trash today.</w:t>
      </w:r>
    </w:p>
    <w:p>
      <w:r>
        <w:t>I mainly want you to know that if you accidentally delete an important picture, do not panic. There may still be a way to get it back.</w:t>
      </w:r>
    </w:p>
    <w:p>
      <w:pPr>
        <w:pStyle w:val="Heading1"/>
      </w:pPr>
      <w:r>
        <w:t>13. Sharing a Picture</w:t>
      </w:r>
    </w:p>
    <w:p>
      <w:r>
        <w:t>Now let us do one of the most useful things we can do with a photograph.</w:t>
      </w:r>
    </w:p>
    <w:p>
      <w:r>
        <w:t>Let us send it to somebody.</w:t>
      </w:r>
    </w:p>
    <w:p>
      <w:r>
        <w:t>When you are looking at a picture, you will usually see a Share symbol.</w:t>
      </w:r>
    </w:p>
    <w:p>
      <w:r>
        <w:t>The Share symbol may look different on different phones. On many Android phones it looks like three dots connected by lines.</w:t>
      </w:r>
    </w:p>
    <w:p>
      <w:r>
        <w:t>When you tap Share, the phone asks what you want to use to share the picture.</w:t>
      </w:r>
    </w:p>
    <w:p>
      <w:r>
        <w:t>You might see Messages. You might see Gmail. You may see other apps.</w:t>
      </w:r>
    </w:p>
    <w:p>
      <w:r>
        <w:t>You do not need to understand every choice.</w:t>
      </w:r>
    </w:p>
    <w:p>
      <w:r>
        <w:t>Think of sharing in two steps:</w:t>
      </w:r>
    </w:p>
    <w:p>
      <w:pPr>
        <w:pStyle w:val="ListBullet"/>
      </w:pPr>
      <w:r>
        <w:t>First: What do I want to share?</w:t>
      </w:r>
    </w:p>
    <w:p>
      <w:pPr>
        <w:pStyle w:val="ListBullet"/>
      </w:pPr>
      <w:r>
        <w:t>Second: Who do I want to send it to, or what app do I want to use?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Open a photograph.</w:t>
      </w:r>
    </w:p>
    <w:p>
      <w:pPr>
        <w:pStyle w:val="Demonstration"/>
      </w:pPr>
      <w:r>
        <w:t>Tap Share.</w:t>
      </w:r>
    </w:p>
    <w:p>
      <w:pPr>
        <w:pStyle w:val="Demonstration"/>
      </w:pPr>
      <w:r>
        <w:t>Point out the available choices.</w:t>
      </w:r>
    </w:p>
    <w:p>
      <w:pPr>
        <w:pStyle w:val="Demonstration"/>
      </w:pPr>
      <w:r>
        <w:t>Choose Messages.</w:t>
      </w:r>
    </w:p>
    <w:p>
      <w:pPr>
        <w:pStyle w:val="Demonstration"/>
      </w:pPr>
      <w:r>
        <w:t>Show how a recipient would be selected.</w:t>
      </w:r>
    </w:p>
    <w:p>
      <w:pPr>
        <w:pStyle w:val="Demonstration"/>
      </w:pPr>
      <w:r>
        <w:t>Do not actually send the demonstration message unless there is a planned recipient.</w:t>
      </w:r>
    </w:p>
    <w:p>
      <w:pPr>
        <w:pStyle w:val="Demonstration"/>
      </w:pPr>
      <w:r>
        <w:t>Return to the photograph.</w:t>
      </w:r>
    </w:p>
    <w:p>
      <w:pPr>
        <w:pStyle w:val="Demonstration"/>
      </w:pPr>
      <w:r>
        <w:rPr>
          <w:b/>
        </w:rPr>
        <w:t>[/DEMONSTRATE]</w:t>
      </w:r>
    </w:p>
    <w:p>
      <w:r>
        <w:t>This connects directly to what we did last week with text messages.</w:t>
      </w:r>
    </w:p>
    <w:p>
      <w:r>
        <w:t>Last week we learned how to send a message. Today we are adding a picture to that message.</w:t>
      </w:r>
    </w:p>
    <w:p>
      <w:pPr>
        <w:pStyle w:val="Heading1"/>
      </w:pPr>
      <w:r>
        <w:t>14. One Picture or Several Pictures</w:t>
      </w:r>
    </w:p>
    <w:p>
      <w:r>
        <w:t>Sometimes you may want to share more than one picture.</w:t>
      </w:r>
    </w:p>
    <w:p>
      <w:r>
        <w:t>Most photo apps let you select several pictures.</w:t>
      </w:r>
    </w:p>
    <w:p>
      <w:r>
        <w:t>Usually this starts by long-pressing one picture.</w:t>
      </w:r>
    </w:p>
    <w:p>
      <w:r>
        <w:t>Remember what long-press means: touch something and leave your finger there for a moment.</w:t>
      </w:r>
    </w:p>
    <w:p>
      <w:r>
        <w:t>Once one picture is selected, you can usually tap additional pictures.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Long-press one photograph.</w:t>
      </w:r>
    </w:p>
    <w:p>
      <w:pPr>
        <w:pStyle w:val="Demonstration"/>
      </w:pPr>
      <w:r>
        <w:t>Point out how the phone shows that it is selected.</w:t>
      </w:r>
    </w:p>
    <w:p>
      <w:pPr>
        <w:pStyle w:val="Demonstration"/>
      </w:pPr>
      <w:r>
        <w:t>Tap one or two additional photographs.</w:t>
      </w:r>
    </w:p>
    <w:p>
      <w:pPr>
        <w:pStyle w:val="Demonstration"/>
      </w:pPr>
      <w:r>
        <w:t>Point out the Share button.</w:t>
      </w:r>
    </w:p>
    <w:p>
      <w:pPr>
        <w:pStyle w:val="Demonstration"/>
      </w:pPr>
      <w:r>
        <w:t>Cancel the selection without sending anything.</w:t>
      </w:r>
    </w:p>
    <w:p>
      <w:pPr>
        <w:pStyle w:val="Demonstration"/>
      </w:pPr>
      <w:r>
        <w:rPr>
          <w:b/>
        </w:rPr>
        <w:t>[/DEMONSTRATE]</w:t>
      </w:r>
    </w:p>
    <w:p>
      <w:r>
        <w:t>We will practice this later if we have time.</w:t>
      </w:r>
    </w:p>
    <w:p>
      <w:r>
        <w:t>For an absolute beginner, being able to share one picture correctly is more important than learning every possible way to select several.</w:t>
      </w:r>
    </w:p>
    <w:p>
      <w:pPr>
        <w:pStyle w:val="Heading1"/>
      </w:pPr>
      <w:r>
        <w:t>15. Google Photos Backup - Is My Picture Really Safe?</w:t>
      </w:r>
    </w:p>
    <w:p>
      <w:r>
        <w:t>There is one more subject I want to cover because it can matter a great deal if your phone is ever lost, damaged, or replaced.</w:t>
      </w:r>
    </w:p>
    <w:p>
      <w:r>
        <w:t>Google Photos can be set to back up your pictures to your Google account.</w:t>
      </w:r>
    </w:p>
    <w:p>
      <w:r>
        <w:t>Backup means an extra copy of the picture is saved with your account, instead of existing only on the phone.</w:t>
      </w:r>
    </w:p>
    <w:p>
      <w:r>
        <w:t>If a picture has actually been backed up, losing the phone does not mean losing that backed-up picture. When you sign in to the same Google account on another device, those backed-up pictures can still be available to you.</w:t>
      </w:r>
    </w:p>
    <w:p>
      <w:r/>
      <w:r>
        <w:rPr>
          <w:b/>
        </w:rPr>
        <w:t xml:space="preserve">But there is an important warning: </w:t>
      </w:r>
      <w:r>
        <w:t>do not assume your pictures are backed up just because you can see them in Google Photos or Gallery.</w:t>
      </w:r>
    </w:p>
    <w:p>
      <w:r>
        <w:t>Google Photos can show pictures that are only stored on the phone. Samsung Gallery is also not the same thing as Google Photos backup.</w:t>
      </w:r>
    </w:p>
    <w:p>
      <w:r>
        <w:t>So the safe rule is: check the backup status.</w:t>
      </w:r>
    </w:p>
    <w:p>
      <w:pPr>
        <w:pStyle w:val="Demonstration"/>
      </w:pPr>
      <w:r>
        <w:rPr>
          <w:b/>
        </w:rPr>
        <w:t>[DEMONSTRATE]</w:t>
      </w:r>
    </w:p>
    <w:p>
      <w:pPr>
        <w:pStyle w:val="Demonstration"/>
      </w:pPr>
      <w:r>
        <w:t>Open Google Photos on the demonstration phone.</w:t>
      </w:r>
    </w:p>
    <w:p>
      <w:pPr>
        <w:pStyle w:val="Demonstration"/>
      </w:pPr>
      <w:r>
        <w:t>Tap the profile picture or account initial in the upper-right corner.</w:t>
      </w:r>
    </w:p>
    <w:p>
      <w:pPr>
        <w:pStyle w:val="Demonstration"/>
      </w:pPr>
      <w:r>
        <w:t>Point out the backup status.</w:t>
      </w:r>
    </w:p>
    <w:p>
      <w:pPr>
        <w:pStyle w:val="Demonstration"/>
      </w:pPr>
      <w:r>
        <w:t>If it says “Backup complete,” explain that the current Google Photos backup has finished.</w:t>
      </w:r>
    </w:p>
    <w:p>
      <w:pPr>
        <w:pStyle w:val="Demonstration"/>
      </w:pPr>
      <w:r>
        <w:t>Explain that backup may be turned off on another person's phone, or it may still be working.</w:t>
      </w:r>
    </w:p>
    <w:p>
      <w:pPr>
        <w:pStyle w:val="Demonstration"/>
      </w:pPr>
      <w:r>
        <w:t>Do not change anyone's backup setting during the demonstration unless they understand which Google account will be used and what turning backup on means.</w:t>
      </w:r>
    </w:p>
    <w:p>
      <w:pPr>
        <w:pStyle w:val="Demonstration"/>
      </w:pPr>
      <w:r>
        <w:rPr>
          <w:b/>
        </w:rPr>
        <w:t>[/DEMONSTRATE]</w:t>
      </w:r>
    </w:p>
    <w:p>
      <w:r>
        <w:t>The important thing I want you to remember is this:</w:t>
      </w:r>
    </w:p>
    <w:p>
      <w:pPr>
        <w:jc w:val="center"/>
      </w:pPr>
      <w:r>
        <w:rPr>
          <w:b/>
        </w:rPr>
        <w:t>Seeing the picture is not proof that it is backed up.</w:t>
        <w:br/>
        <w:t>Check the backup status.</w:t>
      </w:r>
    </w:p>
    <w:p>
      <w:r>
        <w:t>Only pictures that have actually been backed up are protected this way if the phone is lost or damaged.</w:t>
      </w:r>
    </w:p>
    <w:p>
      <w:r>
        <w:t>We are not going to get into Google Takeout, downloading entire photo collections, storage plans, or the other advanced parts of cloud storage in this beginner class.</w:t>
      </w:r>
    </w:p>
    <w:p>
      <w:r>
        <w:t>For today, knowing what backup means and knowing how to check whether it is working is enough.</w:t>
      </w:r>
    </w:p>
    <w:p>
      <w:pPr>
        <w:pStyle w:val="Heading1"/>
      </w:pPr>
      <w:r>
        <w:t>16. Things We Are Not Learning Today</w:t>
      </w:r>
    </w:p>
    <w:p>
      <w:r>
        <w:t>When you start looking around the Camera and Photos apps, you are going to see a lot of other choices.</w:t>
      </w:r>
    </w:p>
    <w:p>
      <w:pPr>
        <w:pStyle w:val="ListBullet"/>
      </w:pPr>
      <w:r>
        <w:t>Portrait</w:t>
      </w:r>
    </w:p>
    <w:p>
      <w:pPr>
        <w:pStyle w:val="ListBullet"/>
      </w:pPr>
      <w:r>
        <w:t>Night mode</w:t>
      </w:r>
    </w:p>
    <w:p>
      <w:pPr>
        <w:pStyle w:val="ListBullet"/>
      </w:pPr>
      <w:r>
        <w:t>Panorama</w:t>
      </w:r>
    </w:p>
    <w:p>
      <w:pPr>
        <w:pStyle w:val="ListBullet"/>
      </w:pPr>
      <w:r>
        <w:t>Editing</w:t>
      </w:r>
    </w:p>
    <w:p>
      <w:pPr>
        <w:pStyle w:val="ListBullet"/>
      </w:pPr>
      <w:r>
        <w:t>Filters</w:t>
      </w:r>
    </w:p>
    <w:p>
      <w:pPr>
        <w:pStyle w:val="ListBullet"/>
      </w:pPr>
      <w:r>
        <w:t>Albums</w:t>
      </w:r>
    </w:p>
    <w:p>
      <w:pPr>
        <w:pStyle w:val="ListBullet"/>
      </w:pPr>
      <w:r>
        <w:t>Memories</w:t>
      </w:r>
    </w:p>
    <w:p>
      <w:pPr>
        <w:pStyle w:val="ListBullet"/>
      </w:pPr>
      <w:r>
        <w:t>Lens</w:t>
      </w:r>
    </w:p>
    <w:p>
      <w:r>
        <w:t>And maybe several things I have not named.</w:t>
      </w:r>
    </w:p>
    <w:p>
      <w:r>
        <w:t>You are welcome to explore those eventually. But you do not need any of them to use the camera successfully.</w:t>
      </w:r>
    </w:p>
    <w:p>
      <w:r>
        <w:t>Today our goal is much simpler.</w:t>
      </w:r>
    </w:p>
    <w:p>
      <w:r>
        <w:t>Can you:</w:t>
      </w:r>
    </w:p>
    <w:p>
      <w:pPr>
        <w:pStyle w:val="ListBullet"/>
      </w:pPr>
      <w:r>
        <w:t>open the camera,</w:t>
      </w:r>
    </w:p>
    <w:p>
      <w:pPr>
        <w:pStyle w:val="ListBullet"/>
      </w:pPr>
      <w:r>
        <w:t>take a picture,</w:t>
      </w:r>
    </w:p>
    <w:p>
      <w:pPr>
        <w:pStyle w:val="ListBullet"/>
      </w:pPr>
      <w:r>
        <w:t>find the picture,</w:t>
      </w:r>
    </w:p>
    <w:p>
      <w:pPr>
        <w:pStyle w:val="ListBullet"/>
      </w:pPr>
      <w:r>
        <w:t>find an older picture,</w:t>
      </w:r>
    </w:p>
    <w:p>
      <w:pPr>
        <w:pStyle w:val="ListBullet"/>
      </w:pPr>
      <w:r>
        <w:t>delete a picture you do not want,</w:t>
      </w:r>
    </w:p>
    <w:p>
      <w:pPr>
        <w:pStyle w:val="ListBullet"/>
      </w:pPr>
      <w:r>
        <w:t>share a picture with somebody,</w:t>
      </w:r>
    </w:p>
    <w:p>
      <w:pPr>
        <w:pStyle w:val="ListBullet"/>
      </w:pPr>
      <w:r>
        <w:t>and check whether Google Photos backup is working?</w:t>
      </w:r>
    </w:p>
    <w:p>
      <w:r>
        <w:t>If you can do those things, you know the basic skills you need to use the camera and your photographs.</w:t>
      </w:r>
    </w:p>
    <w:p>
      <w:pPr>
        <w:pStyle w:val="Heading1"/>
      </w:pPr>
      <w:r>
        <w:t>Before the Break</w:t>
      </w:r>
    </w:p>
    <w:p>
      <w:r>
        <w:t>Let us review the two apps one more time.</w:t>
      </w:r>
    </w:p>
    <w:p>
      <w:r>
        <w:t>What does the Camera app do?</w:t>
      </w:r>
    </w:p>
    <w:p>
      <w:r>
        <w:rPr>
          <w:b/>
        </w:rPr>
        <w:t>It takes the picture.</w:t>
      </w:r>
    </w:p>
    <w:p>
      <w:r>
        <w:t>What does Photos or Gallery do?</w:t>
      </w:r>
    </w:p>
    <w:p>
      <w:r>
        <w:rPr>
          <w:b/>
        </w:rPr>
        <w:t>It lets us find and work with pictures we have already taken.</w:t>
      </w:r>
    </w:p>
    <w:p>
      <w:r>
        <w:t>And what should we remember about backup?</w:t>
      </w:r>
    </w:p>
    <w:p>
      <w:r>
        <w:rPr>
          <w:b/>
        </w:rPr>
        <w:t>Do not assume. Check the backup status.</w:t>
      </w:r>
    </w:p>
    <w:p>
      <w:r>
        <w:t>And if your buttons do not look exactly like mine?</w:t>
      </w:r>
    </w:p>
    <w:p>
      <w:r>
        <w:rPr>
          <w:b/>
        </w:rPr>
        <w:t>That is normal.</w:t>
      </w:r>
    </w:p>
    <w:p>
      <w:r>
        <w:t>After the break, we will work with your phones.</w:t>
      </w:r>
    </w:p>
    <w:p>
      <w:r>
        <w:t>You will take some pictures, find them again, try the front and back cameras, take a short video, delete something you do not need, practice sharing a picture, and check the Google Photos backup status where appropriate.</w:t>
      </w:r>
    </w:p>
    <w:p>
      <w:pPr>
        <w:pStyle w:val="Heading1"/>
      </w:pPr>
      <w:r>
        <w:t>10-Minute Break</w:t>
      </w:r>
    </w:p>
    <w:p>
      <w:pPr>
        <w:pStyle w:val="Heading1"/>
      </w:pPr>
      <w:r>
        <w:t>After the Break - 35-Minute Practice</w:t>
      </w:r>
    </w:p>
    <w:p>
      <w:r>
        <w:t>The practice session should reinforce the lecture rather than introduce a lot of new material.</w:t>
      </w:r>
    </w:p>
    <w:p>
      <w:r>
        <w:t>Students should practice:</w:t>
      </w:r>
    </w:p>
    <w:p>
      <w:pPr>
        <w:pStyle w:val="ListNumber"/>
      </w:pPr>
      <w:r>
        <w:t>Opening the Camera.</w:t>
      </w:r>
    </w:p>
    <w:p>
      <w:pPr>
        <w:pStyle w:val="ListNumber"/>
      </w:pPr>
      <w:r>
        <w:t>Taking a normal photograph.</w:t>
      </w:r>
    </w:p>
    <w:p>
      <w:pPr>
        <w:pStyle w:val="ListNumber"/>
      </w:pPr>
      <w:r>
        <w:t>Turning the phone and taking another photograph.</w:t>
      </w:r>
    </w:p>
    <w:p>
      <w:pPr>
        <w:pStyle w:val="ListNumber"/>
      </w:pPr>
      <w:r>
        <w:t>Switching between the rear and front cameras.</w:t>
      </w:r>
    </w:p>
    <w:p>
      <w:pPr>
        <w:pStyle w:val="ListNumber"/>
      </w:pPr>
      <w:r>
        <w:t>Taking a short video and stopping it.</w:t>
      </w:r>
    </w:p>
    <w:p>
      <w:pPr>
        <w:pStyle w:val="ListNumber"/>
      </w:pPr>
      <w:r>
        <w:t>Finding the photograph they just took.</w:t>
      </w:r>
    </w:p>
    <w:p>
      <w:pPr>
        <w:pStyle w:val="ListNumber"/>
      </w:pPr>
      <w:r>
        <w:t>Opening Photos or Gallery and finding an older photograph.</w:t>
      </w:r>
    </w:p>
    <w:p>
      <w:pPr>
        <w:pStyle w:val="ListNumber"/>
      </w:pPr>
      <w:r>
        <w:t>Swiping between photographs.</w:t>
      </w:r>
    </w:p>
    <w:p>
      <w:pPr>
        <w:pStyle w:val="ListNumber"/>
      </w:pPr>
      <w:r>
        <w:t>Deleting an unneeded practice photograph.</w:t>
      </w:r>
    </w:p>
    <w:p>
      <w:pPr>
        <w:pStyle w:val="ListNumber"/>
      </w:pPr>
      <w:r>
        <w:t>Sharing one practice photograph with another student or another planned recipient.</w:t>
      </w:r>
    </w:p>
    <w:p>
      <w:pPr>
        <w:pStyle w:val="ListNumber"/>
      </w:pPr>
      <w:r>
        <w:t>Checking the Google Photos backup status where Google Photos is being used.</w:t>
      </w:r>
    </w:p>
    <w:p>
      <w:pPr>
        <w:pStyle w:val="ListNumber"/>
      </w:pPr>
      <w:r>
        <w:t>If time permits, selecting more than one photograph.</w:t>
      </w:r>
    </w:p>
    <w:p>
      <w:r>
        <w:t>The instructor can work individually with phones that use different Camera, Photos, or Gallery layouts.</w:t>
      </w:r>
    </w:p>
    <w:p>
      <w:r>
        <w:t>For backup, the goal is to identify the status correctly - not to turn backup on for everyone. If a student wants to enable backup, first make sure the student understands which Google account will receive the pictures and what the setting does.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Android for Absolute Beginners - Class 4 - Lecture Version 2   |   Page </w:t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 w:eastAsia="Aptos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 w:eastAsia="Aptos Display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ptos Display" w:hAnsi="Aptos Display" w:eastAsia="Aptos Display"/>
      <w:i/>
      <w:iCs/>
      <w:color w:val="4F81BD" w:themeColor="accent1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monstration">
    <w:name w:val="Demonstration"/>
    <w:pPr>
      <w:spacing w:before="60" w:after="60"/>
      <w:ind w:left="360" w:right="144"/>
    </w:pPr>
    <w:rPr>
      <w:rFonts w:ascii="Aptos" w:hAnsi="Aptos"/>
      <w:i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Android for Absolute Beginners - Class 4 Camera and Photos - Lecture Version 2</dc:title>
  <dc:subject>COA Android course lecture</dc:subject>
  <dc:creator/>
  <cp:keywords>Android, beginner, camera, photos, Google Photos, backup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